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1 Primeiro Emprego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Me encantei pela vaga de [Cargo]. Sou [sua formação], recém-formado(a), e trago entusiasmo pra aprender. Durante meus estudos, participei de [projeto/experiência], o que me deu [habilidade].</w:t>
      </w:r>
    </w:p>
    <w:p>
      <w:r>
        <w:rPr>
          <w:sz w:val="22"/>
        </w:rPr>
      </w:r>
    </w:p>
    <w:p>
      <w:r>
        <w:rPr>
          <w:sz w:val="22"/>
        </w:rPr>
        <w:t>Acredito que posso contribuir com [habilidade] e minha vontade de crescer. Admiro [valor da empresa] e quero fazer parte dessa jornada. Aguardo uma chance pra conversar!</w:t>
      </w:r>
    </w:p>
    <w:p>
      <w:r>
        <w:rPr>
          <w:sz w:val="22"/>
        </w:rPr>
      </w:r>
    </w:p>
    <w:p>
      <w:r>
        <w:rPr>
          <w:sz w:val="22"/>
        </w:rPr>
        <w:t>Atenciosamente,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