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Modelo 2 Estagio</w:t>
      </w:r>
    </w:p>
    <w:p>
      <w:r>
        <w:rPr>
          <w:sz w:val="22"/>
        </w:rPr>
        <w:t>[Seu Nome]</w:t>
      </w:r>
    </w:p>
    <w:p>
      <w:r>
        <w:rPr>
          <w:sz w:val="22"/>
        </w:rPr>
        <w:t>[Seu E-mail]</w:t>
      </w:r>
    </w:p>
    <w:p>
      <w:r>
        <w:rPr>
          <w:sz w:val="22"/>
        </w:rPr>
        <w:t>[Seu Telefone]</w:t>
      </w:r>
    </w:p>
    <w:p>
      <w:r>
        <w:rPr>
          <w:sz w:val="22"/>
        </w:rPr>
        <w:t>[Data]</w:t>
      </w:r>
    </w:p>
    <w:p>
      <w:r>
        <w:rPr>
          <w:sz w:val="22"/>
        </w:rPr>
      </w:r>
    </w:p>
    <w:p>
      <w:r>
        <w:rPr>
          <w:sz w:val="22"/>
        </w:rPr>
        <w:t>[Nome do Recrutador]</w:t>
      </w:r>
    </w:p>
    <w:p>
      <w:r>
        <w:rPr>
          <w:sz w:val="22"/>
        </w:rPr>
        <w:t>[Cargo]</w:t>
      </w:r>
    </w:p>
    <w:p>
      <w:r>
        <w:rPr>
          <w:sz w:val="22"/>
        </w:rPr>
        <w:t>[Empresa]</w:t>
      </w:r>
    </w:p>
    <w:p>
      <w:r>
        <w:rPr>
          <w:sz w:val="22"/>
        </w:rPr>
        <w:t>[Endereço]</w:t>
      </w:r>
    </w:p>
    <w:p>
      <w:r>
        <w:rPr>
          <w:sz w:val="22"/>
        </w:rPr>
      </w:r>
    </w:p>
    <w:p>
      <w:r>
        <w:rPr>
          <w:sz w:val="22"/>
        </w:rPr>
        <w:t>Prezado(a) [Nome],</w:t>
      </w:r>
    </w:p>
    <w:p>
      <w:r>
        <w:rPr>
          <w:sz w:val="22"/>
        </w:rPr>
      </w:r>
    </w:p>
    <w:p>
      <w:r>
        <w:rPr>
          <w:sz w:val="22"/>
        </w:rPr>
        <w:t>Candidatei-me à vaga de estágio em [área]. Cursando [curso] no [semestre], desenvolvi [habilidade] em [atividade]. Meu interesse por [área] me motiva a aplicar isso na prática.</w:t>
      </w:r>
    </w:p>
    <w:p>
      <w:r>
        <w:rPr>
          <w:sz w:val="22"/>
        </w:rPr>
      </w:r>
    </w:p>
    <w:p>
      <w:r>
        <w:rPr>
          <w:sz w:val="22"/>
        </w:rPr>
        <w:t>Vejo na [empresa] uma chance de crescer com [valor da empresa]. Quero mostrar meu potencial numa entrevista!</w:t>
      </w:r>
    </w:p>
    <w:p>
      <w:r>
        <w:rPr>
          <w:sz w:val="22"/>
        </w:rPr>
      </w:r>
    </w:p>
    <w:p>
      <w:r>
        <w:rPr>
          <w:sz w:val="22"/>
        </w:rPr>
        <w:t>Cordialmente,</w:t>
      </w:r>
    </w:p>
    <w:p>
      <w:r>
        <w:rPr>
          <w:sz w:val="22"/>
        </w:rPr>
        <w:t>[Seu Nome]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