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3 TI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A vaga de [cargo em TI] na [empresa] me atraiu. Com [anos] de experiência em [tecnologia], desenvolvi [projeto], melhorando [resultado].</w:t>
      </w:r>
    </w:p>
    <w:p>
      <w:r>
        <w:rPr>
          <w:sz w:val="22"/>
        </w:rPr>
      </w:r>
    </w:p>
    <w:p>
      <w:r>
        <w:rPr>
          <w:sz w:val="22"/>
        </w:rPr>
        <w:t>Quero trazer minha expertise em [habilidade] pra somar à equipe. Admiro [iniciativa da empresa]. Vamos conversar?</w:t>
      </w:r>
    </w:p>
    <w:p>
      <w:r>
        <w:rPr>
          <w:sz w:val="22"/>
        </w:rPr>
      </w:r>
    </w:p>
    <w:p>
      <w:r>
        <w:rPr>
          <w:sz w:val="22"/>
        </w:rPr>
        <w:t>Atenciosamente,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