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Modelo 4 Vendas</w:t>
      </w:r>
    </w:p>
    <w:p>
      <w:r>
        <w:rPr>
          <w:sz w:val="22"/>
        </w:rPr>
        <w:t>[Seu Nome]</w:t>
      </w:r>
    </w:p>
    <w:p>
      <w:r>
        <w:rPr>
          <w:sz w:val="22"/>
        </w:rPr>
        <w:t>[Seu E-mail]</w:t>
      </w:r>
    </w:p>
    <w:p>
      <w:r>
        <w:rPr>
          <w:sz w:val="22"/>
        </w:rPr>
        <w:t>[Seu Telefone]</w:t>
      </w:r>
    </w:p>
    <w:p>
      <w:r>
        <w:rPr>
          <w:sz w:val="22"/>
        </w:rPr>
        <w:t>[Data]</w:t>
      </w:r>
    </w:p>
    <w:p>
      <w:r>
        <w:rPr>
          <w:sz w:val="22"/>
        </w:rPr>
      </w:r>
    </w:p>
    <w:p>
      <w:r>
        <w:rPr>
          <w:sz w:val="22"/>
        </w:rPr>
        <w:t>[Nome do Recrutador]</w:t>
      </w:r>
    </w:p>
    <w:p>
      <w:r>
        <w:rPr>
          <w:sz w:val="22"/>
        </w:rPr>
        <w:t>[Cargo]</w:t>
      </w:r>
    </w:p>
    <w:p>
      <w:r>
        <w:rPr>
          <w:sz w:val="22"/>
        </w:rPr>
        <w:t>[Empresa]</w:t>
      </w:r>
    </w:p>
    <w:p>
      <w:r>
        <w:rPr>
          <w:sz w:val="22"/>
        </w:rPr>
        <w:t>[Endereço]</w:t>
      </w:r>
    </w:p>
    <w:p>
      <w:r>
        <w:rPr>
          <w:sz w:val="22"/>
        </w:rPr>
      </w:r>
    </w:p>
    <w:p>
      <w:r>
        <w:rPr>
          <w:sz w:val="22"/>
        </w:rPr>
        <w:t>Prezado(a) [Nome],</w:t>
      </w:r>
    </w:p>
    <w:p>
      <w:r>
        <w:rPr>
          <w:sz w:val="22"/>
        </w:rPr>
      </w:r>
    </w:p>
    <w:p>
      <w:r>
        <w:rPr>
          <w:sz w:val="22"/>
        </w:rPr>
        <w:t>A vaga de [cargo em vendas] me empolgou. Com [anos] em vendas, alcancei [meta], usando [habilidade]. A [empresa] inspira por [valor].</w:t>
      </w:r>
    </w:p>
    <w:p>
      <w:r>
        <w:rPr>
          <w:sz w:val="22"/>
        </w:rPr>
      </w:r>
    </w:p>
    <w:p>
      <w:r>
        <w:rPr>
          <w:sz w:val="22"/>
        </w:rPr>
        <w:t>Quero contribuir com minha experiência em [habilidade]. Aguardo uma chance pra detalhar!</w:t>
      </w:r>
    </w:p>
    <w:p>
      <w:r>
        <w:rPr>
          <w:sz w:val="22"/>
        </w:rPr>
      </w:r>
    </w:p>
    <w:p>
      <w:r>
        <w:rPr>
          <w:sz w:val="22"/>
        </w:rPr>
        <w:t>Cordialmente,</w:t>
      </w:r>
    </w:p>
    <w:p>
      <w:r>
        <w:rPr>
          <w:sz w:val="22"/>
        </w:rPr>
        <w:t>[Seu Nome]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