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Modelo 5 RH</w:t>
      </w:r>
    </w:p>
    <w:p>
      <w:r>
        <w:rPr>
          <w:sz w:val="22"/>
        </w:rPr>
        <w:t>[Seu Nome]</w:t>
      </w:r>
    </w:p>
    <w:p>
      <w:r>
        <w:rPr>
          <w:sz w:val="22"/>
        </w:rPr>
        <w:t>[Seu E-mail]</w:t>
      </w:r>
    </w:p>
    <w:p>
      <w:r>
        <w:rPr>
          <w:sz w:val="22"/>
        </w:rPr>
        <w:t>[Seu Telefone]</w:t>
      </w:r>
    </w:p>
    <w:p>
      <w:r>
        <w:rPr>
          <w:sz w:val="22"/>
        </w:rPr>
        <w:t>[Data]</w:t>
      </w:r>
    </w:p>
    <w:p>
      <w:r>
        <w:rPr>
          <w:sz w:val="22"/>
        </w:rPr>
      </w:r>
    </w:p>
    <w:p>
      <w:r>
        <w:rPr>
          <w:sz w:val="22"/>
        </w:rPr>
        <w:t>[Nome do Recrutador]</w:t>
      </w:r>
    </w:p>
    <w:p>
      <w:r>
        <w:rPr>
          <w:sz w:val="22"/>
        </w:rPr>
        <w:t>[Cargo]</w:t>
      </w:r>
    </w:p>
    <w:p>
      <w:r>
        <w:rPr>
          <w:sz w:val="22"/>
        </w:rPr>
        <w:t>[Empresa]</w:t>
      </w:r>
    </w:p>
    <w:p>
      <w:r>
        <w:rPr>
          <w:sz w:val="22"/>
        </w:rPr>
        <w:t>[Endereço]</w:t>
      </w:r>
    </w:p>
    <w:p>
      <w:r>
        <w:rPr>
          <w:sz w:val="22"/>
        </w:rPr>
      </w:r>
    </w:p>
    <w:p>
      <w:r>
        <w:rPr>
          <w:sz w:val="22"/>
        </w:rPr>
        <w:t>Prezado(a) [Nome],</w:t>
      </w:r>
    </w:p>
    <w:p>
      <w:r>
        <w:rPr>
          <w:sz w:val="22"/>
        </w:rPr>
      </w:r>
    </w:p>
    <w:p>
      <w:r>
        <w:rPr>
          <w:sz w:val="22"/>
        </w:rPr>
        <w:t>Candidatei-me à vaga de [cargo em RH]. Com [experiência] em gestão de pessoas, desenvolvi [projeto], impactando [resultado].</w:t>
      </w:r>
    </w:p>
    <w:p>
      <w:r>
        <w:rPr>
          <w:sz w:val="22"/>
        </w:rPr>
      </w:r>
    </w:p>
    <w:p>
      <w:r>
        <w:rPr>
          <w:sz w:val="22"/>
        </w:rPr>
        <w:t>Admiro [valor da empresa] e quero somar com [habilidade]. Vamos conversar?</w:t>
      </w:r>
    </w:p>
    <w:p>
      <w:r>
        <w:rPr>
          <w:sz w:val="22"/>
        </w:rPr>
      </w:r>
    </w:p>
    <w:p>
      <w:r>
        <w:rPr>
          <w:sz w:val="22"/>
        </w:rPr>
        <w:t>Atenciosamente,</w:t>
      </w:r>
    </w:p>
    <w:p>
      <w:r>
        <w:rPr>
          <w:sz w:val="22"/>
        </w:rPr>
        <w:t>[Seu Nome]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