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Modelo 6 Saude</w:t>
      </w:r>
    </w:p>
    <w:p>
      <w:r>
        <w:rPr>
          <w:sz w:val="22"/>
        </w:rPr>
        <w:t>[Seu Nome]</w:t>
      </w:r>
    </w:p>
    <w:p>
      <w:r>
        <w:rPr>
          <w:sz w:val="22"/>
        </w:rPr>
        <w:t>[Seu E-mail]</w:t>
      </w:r>
    </w:p>
    <w:p>
      <w:r>
        <w:rPr>
          <w:sz w:val="22"/>
        </w:rPr>
        <w:t>[Seu Telefone]</w:t>
      </w:r>
    </w:p>
    <w:p>
      <w:r>
        <w:rPr>
          <w:sz w:val="22"/>
        </w:rPr>
        <w:t>[Data]</w:t>
      </w:r>
    </w:p>
    <w:p>
      <w:r>
        <w:rPr>
          <w:sz w:val="22"/>
        </w:rPr>
      </w:r>
    </w:p>
    <w:p>
      <w:r>
        <w:rPr>
          <w:sz w:val="22"/>
        </w:rPr>
        <w:t>[Nome do Recrutador]</w:t>
      </w:r>
    </w:p>
    <w:p>
      <w:r>
        <w:rPr>
          <w:sz w:val="22"/>
        </w:rPr>
        <w:t>[Cargo]</w:t>
      </w:r>
    </w:p>
    <w:p>
      <w:r>
        <w:rPr>
          <w:sz w:val="22"/>
        </w:rPr>
        <w:t>[Empresa]</w:t>
      </w:r>
    </w:p>
    <w:p>
      <w:r>
        <w:rPr>
          <w:sz w:val="22"/>
        </w:rPr>
        <w:t>[Endereço]</w:t>
      </w:r>
    </w:p>
    <w:p>
      <w:r>
        <w:rPr>
          <w:sz w:val="22"/>
        </w:rPr>
      </w:r>
    </w:p>
    <w:p>
      <w:r>
        <w:rPr>
          <w:sz w:val="22"/>
        </w:rPr>
        <w:t>Prezado(a) [Nome],</w:t>
      </w:r>
    </w:p>
    <w:p>
      <w:r>
        <w:rPr>
          <w:sz w:val="22"/>
        </w:rPr>
      </w:r>
    </w:p>
    <w:p>
      <w:r>
        <w:rPr>
          <w:sz w:val="22"/>
        </w:rPr>
        <w:t>A vaga de [cargo em saúde] me motivou. Com [anos] na área, atendi [número] pacientes, usando [técnica]. A [empresa] me inspira por [valor].</w:t>
      </w:r>
    </w:p>
    <w:p>
      <w:r>
        <w:rPr>
          <w:sz w:val="22"/>
        </w:rPr>
      </w:r>
    </w:p>
    <w:p>
      <w:r>
        <w:rPr>
          <w:sz w:val="22"/>
        </w:rPr>
        <w:t>Quero trazer minha dedicação pra equipe. Aguardo uma entrevista!</w:t>
      </w:r>
    </w:p>
    <w:p>
      <w:r>
        <w:rPr>
          <w:sz w:val="22"/>
        </w:rPr>
      </w:r>
    </w:p>
    <w:p>
      <w:r>
        <w:rPr>
          <w:sz w:val="22"/>
        </w:rPr>
        <w:t>Cordialmente,</w:t>
      </w:r>
    </w:p>
    <w:p>
      <w:r>
        <w:rPr>
          <w:sz w:val="22"/>
        </w:rPr>
        <w:t>[Seu Nome]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