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Modelo 7 Administrativo</w:t>
      </w:r>
    </w:p>
    <w:p>
      <w:r>
        <w:rPr>
          <w:sz w:val="22"/>
        </w:rPr>
        <w:t>[Seu Nome]</w:t>
      </w:r>
    </w:p>
    <w:p>
      <w:r>
        <w:rPr>
          <w:sz w:val="22"/>
        </w:rPr>
        <w:t>[Seu E-mail]</w:t>
      </w:r>
    </w:p>
    <w:p>
      <w:r>
        <w:rPr>
          <w:sz w:val="22"/>
        </w:rPr>
        <w:t>[Seu Telefone]</w:t>
      </w:r>
    </w:p>
    <w:p>
      <w:r>
        <w:rPr>
          <w:sz w:val="22"/>
        </w:rPr>
        <w:t>[Data]</w:t>
      </w:r>
    </w:p>
    <w:p>
      <w:r>
        <w:rPr>
          <w:sz w:val="22"/>
        </w:rPr>
      </w:r>
    </w:p>
    <w:p>
      <w:r>
        <w:rPr>
          <w:sz w:val="22"/>
        </w:rPr>
        <w:t>[Nome do Recrutador]</w:t>
      </w:r>
    </w:p>
    <w:p>
      <w:r>
        <w:rPr>
          <w:sz w:val="22"/>
        </w:rPr>
        <w:t>[Cargo]</w:t>
      </w:r>
    </w:p>
    <w:p>
      <w:r>
        <w:rPr>
          <w:sz w:val="22"/>
        </w:rPr>
        <w:t>[Empresa]</w:t>
      </w:r>
    </w:p>
    <w:p>
      <w:r>
        <w:rPr>
          <w:sz w:val="22"/>
        </w:rPr>
        <w:t>[Endereço]</w:t>
      </w:r>
    </w:p>
    <w:p>
      <w:r>
        <w:rPr>
          <w:sz w:val="22"/>
        </w:rPr>
      </w:r>
    </w:p>
    <w:p>
      <w:r>
        <w:rPr>
          <w:sz w:val="22"/>
        </w:rPr>
        <w:t>Prezado(a) [Nome],</w:t>
      </w:r>
    </w:p>
    <w:p>
      <w:r>
        <w:rPr>
          <w:sz w:val="22"/>
        </w:rPr>
      </w:r>
    </w:p>
    <w:p>
      <w:r>
        <w:rPr>
          <w:sz w:val="22"/>
        </w:rPr>
        <w:t>A vaga de [cargo administrativo] me atraiu. Com [experiência] em [tarefa], otimizei [processo], economizando [resultado]. Admiro [valor da empresa].</w:t>
      </w:r>
    </w:p>
    <w:p>
      <w:r>
        <w:rPr>
          <w:sz w:val="22"/>
        </w:rPr>
      </w:r>
    </w:p>
    <w:p>
      <w:r>
        <w:rPr>
          <w:sz w:val="22"/>
        </w:rPr>
        <w:t>Quero contribuir com minha organização. Vamos conversar?</w:t>
      </w:r>
    </w:p>
    <w:p>
      <w:r>
        <w:rPr>
          <w:sz w:val="22"/>
        </w:rPr>
      </w:r>
    </w:p>
    <w:p>
      <w:r>
        <w:rPr>
          <w:sz w:val="22"/>
        </w:rPr>
        <w:t>Atenciosamente,</w:t>
      </w:r>
    </w:p>
    <w:p>
      <w:r>
        <w:rPr>
          <w:sz w:val="22"/>
        </w:rPr>
        <w:t>[Seu Nome]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